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שמסמל כל נר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הנר התשיעי (השמש) ומנהג הצבת החנוכייה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של קטעי ההדלקה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מדליק את שאר הנרות ולא 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כשנר מדליק נר אחר האור שלו לא נחלש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להוציא את האור גם למי שבחוץ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יחד הם יוצרים את האור השלם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עומד לבדו, בלי נרות לצדו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הוא לדעת לחזור לעצמנו, ומותר לבקש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השמש עומד בצד ואינו חלק מהספירה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בקטע על הנר השמיני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הכרת תודה לא מתעלמת מהקושי אלא מגלה שיש לידו גם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נר וערך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(הכרת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תפקידו רק להדליק את שאר הנרות, בלי לבקש תודה או 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אחדות אומרת שלכל אחד מקום משלו, עם מנהגים ושפות שונות, ויחד כולם יוצרים אור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ערך, מסביר/ה את משמעותו ונותן/ת דוגמה אישית מחיי היומיום או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ערכים כמו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הדלקת שאר הנרות בלי לבקש תודה – 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שהאור יגיע גם לאנשים אחרים מחוץ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לשמונה קבוצות, כל קבוצה מציגה נר וערך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אישי לכתיבה שקטה לפני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נלמד: כל נר בחנוכייה מסמל ערך אחר. נקרא קטעים קצרים ונענה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להדליק אור גם כשלא יודעים מה 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שדברים טובים יכולים לקרות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יחד למרות ההבדלים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לעצמנו אחרי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בלי לבקש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לדברים הטובים ולהגיד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כל שאר הנרות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הכי גבוה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מדליק את שאר הנרות ולא נספר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נר של שמן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נדלק תמיד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הנתינה דומה לאור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לתת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כשנר מדליק נר אחר האור שלו לא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שמונה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השמש נותן אור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שמים את החנוכייה ליד החלון?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הבית מפני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את האור גם למי שבחוץ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הבית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בנרות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לכד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משותף לכל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יחד הם יוצרים את האור השלם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דולקים באותו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הודלקו באותו רגע בדיוק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מתואר כהנר הבודד ביותר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חוסן פירושו להיות חזקים כל הזמן ולא לבקש עזרה.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נחשב לאחד משמונת הנרות הנספרים.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עתיק הוא להציב את החנוכייה ליד החלון כדי שעוברי אורח יראו את האור.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תודה בטקסט פירושה להתעלם מכל מה שקשה בחיים.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נר וערך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הראשון מסמל את הערך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שעומד בצד ומדליק את כל השאר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הטקסט, כד השמן הקטן שנמצא במקדש מסמל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הצבת החנוכייה ליד ה__________ נועד להראות את האור גם לעוברי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הנר השביעי מזמין אותנו לעצור ולומר בקול את המילה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השמש אינו נספר בין שמונת הנרות, לפי 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אחדות לפי הטקסט לבין להיות כולם זהים?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(למשל אומץ, תקווה או הכרת תודה) וכתבו פסקה קצרה: למה הערך הזה חשוב לכם, ותנו דוגמה 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 שלושה ערכים שלמדתם היום מתוך 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השמש בחנוכייה ומה הוא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שמים את החנוכייה ליד החלון?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שמונה נרות – שמונה 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