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שמונה נרות – שמונה 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הערכים שמסמל כל נר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הנר התשיעי (השמש) ומנהג הצבת החנוכייה בחלון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של קטעי ההדלקה והשירים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כשנר מדליק נר אחר האור שלו לא נחלש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להוציא את האור גם למי שבחוץ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עומד לבדו, בלי נרות לצדו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השמש עומד בצד ואינו חלק מהספירה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נר וערך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תפקידו רק להדליק את שאר הנרות, בלי לבקש תודה או תשומת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ערך, מסביר/ה את משמעותו ונותן/ת דוגמה אישית מחיי היומיום או מבית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ערכים כמו אומץ, תקווה, נתינה, אחדות, חוסן, ענווה, הכרת תודה, אור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הדלקת שאר הנרות בלי לבקש תודה – ענווה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שהאור יגיע גם לאנשים אחרים מחוץ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לשמונה קבוצות, כל קבוצה מציגה נר וערך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השירים בקול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אישי לכתיבה שקטה לפני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שמונה נרות – שמונה 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שמונה הנרות וכל ערך שהם מסמלים – מאומץ ועד אור לאחרים, וכן נתרגל קריאה של קטעי ההדלקה והשירים.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שמש  ·  אומץ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ערך מסמל הנר הראשון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הטקסט, למה נתינה היא 'אור שלא נגמר'?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אפשר לתת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כשנר מדליק נר אחר האור שלו לא נחלש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שמונה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מבטא המנהג להציב את החנוכייה בחלון?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לשמור על הבית מפני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להוציא את האור גם למי שבחוץ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לקשט את הבית לחג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הנר הראשון מתואר כהנר הבודד ביותר בחנוכייה.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השמש נחשב לאחד משמונת הנרות הנספרים.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– נר וערך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הנר הראשון מסמל את הערך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הנר שעומד בצד ומדליק את כל השאר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השמש אינו נספר בין שמונת הנרות, לפי הטקסט?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משמונת הערכים (למשל אומץ, תקווה או הכרת תודה) וכתבו פסקה קצרה: למה הערך הזה חשוב לכם, ותנו דוגמה אישית.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שמו שלושה ערכים שלמדתם היום מתוך שמונת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השמש בחנוכייה ומה הוא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שמונה נרות – שמונה ערכים בחנוכה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